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הבחירות בישראל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שלבי בדיקה לזיהוי ידיעות כוזבות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ושיח מכבד סביב מידע פוליטי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שיטת הבחירות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זיהוי פייק ניוז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לבדוק את המקור לפני שמאמינים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להבין אם היא מהימנה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ההצבעה ביום הבחירות)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(אחוז מינימלי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(ידיעה כוזבת שמוצגת כאמיתית)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 בדיקת 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 רגע לפני ששותפים או מגיבים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מי כתב את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מתי היא פורסמה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חפשו אישור לנושא במקורות נוספים ומהימנים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מזכיר לפחות שני שלבי בדיקה מתוך הרשימה ומסביר למה חשוב לא להפיץ מידע לא מאומת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אחוז מינימלי כדי להיכנס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סרטון או תמונה מזויפים בטכנולוגיה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מקור/תאריך/אישור ממקור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ניטרליות ולא להתייחס למפלגות או לפוליטיקאים ספציפיים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דוגמאות בדויות של כותרות כדי לתרגל את שלבי הבדיקה בלי חשש מהטיה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לסכם בסוף השיעור בדיון קצר על חשיבות שיח מכבד בזמן בחירות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שיטת הבחירות בישראל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לקראת הבחירות חשוב להכיר איך פועלת שיטת הבחירות בישראל, וגם לדעת לעצור ולבדוק לפני שמאמינים או משתפים ידיעה ברשת.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חסימה  ·  קלפי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מגיל כמה רשאי אזרח ישראלי להצביע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חברי כנסת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 המקום שבו מצביעים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מנדט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– זיהוי פייק ניוז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כותרת מרעישה ברשת היא בהכרח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לבדוק מי כתב את הידיעה ומתי היא פורסמה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המקום שבו אזרחים מצביעים ביום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להיכנס לכנסת מפלגה צריכה לעבור את אחוז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מושב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אחוז מינימלי כדי להיכנס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ידיעה כוזבת שמוצגת כאמיתית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פייק ניוז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ההצבעה ביום הבחירות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שלבי בדיקת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אישור לנושא במקורות נוספים ומהימנים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עצרו רגע לפני ששותפים או מגיבים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מי כתב את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מתי היא פורסמה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שמסבירה למה חשוב לבדוק ידיעה לפני שמשתפים אותה, והציגו שני שלבי בדיקה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אחוז חסימה?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דיפ-פייק?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שיטת הבחירות בישראל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