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הבחירות בישראל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שלבי בדיקה לזיהוי ידיעות כוזבות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ושיח מכבד סביב מידע פוליטי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שיטת הבחירות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האחוז המינימלי שצריך כדי להיכנס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לבדוק את המקור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זיהוי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לבדוק את המקור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להבין אם היא מהימנה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מה שדיפ-פייק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תפוצה רחבה לא מעידה על אמינות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דיפ-פייק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ההצבעה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(מושב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(אחוז מינימלי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(ידיעה כוזבת שמוצגת כאמיתית)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(סרטון מזויף שנוצר בעזרת טכנולוגיה)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בדיקת 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 רגע לפני ששותפים או מגיבים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מי כתב את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מתי היא פורסמה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אישור לנושא במקורות נוספים ומהימנים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אם התמונה או הסרטון מקוריים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החליטו אם לשתף, להתעלם או לדווח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מזכיר לפחות שני שלבי בדיקה מתוך הרשימה ומסביר למה חשוב לא להפיץ מידע לא מאומת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שמציגה כלל כמו הקשבה, איפוק מתגובה כועסת וכדומה,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אחוז מינימלי כדי להיכנס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סרטון או תמונה מזויפים בטכנולוגיה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מקור/תאריך/אישור ממקור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ניטרליות ולא להתייחס למפלגות או לפוליטיקאים ספציפיים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דוגמאות בדויות של כותרות כדי לתרגל את שלבי הבדיקה בלי חשש מהטיה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בסוף השיעור בדיון קצר על חשיבות שיח מכבד בזמן בחירות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הבחירות בישראל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לקראת הבחירות חשוב להכיר איך פועלת שיטת הבחירות בישראל, וגם לדעת לעצור ולבדוק לפני שמאמינים או משתפים ידיעה ברשת.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מגיל כמה רשאי אזרח ישראלי להצביע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חברי כנסת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 המקום שבו מצביעים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מנדט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חסימה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אחוז חסימה?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 המינימלי שצריך כדי להיכנס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לעשות ראשית כשרואים כותרת מרעישה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להגיב בכעס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זיהוי פייק ניוז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כותרת מרעישה ברשת היא בהכרח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מי כתב את הידיעה ומתי היא פורסמה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לערוך תמונה או סרטון כדי שייראו אמיתיים גם אם הם מזויפים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הרבה אנשים שיתפו ידיעה זה אומר שהיא בטוח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המקום שבו אזרחים מצביעים ביום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להיכנס לכנסת מפלגה צריכה לעבור את אחוז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סרטון שבו משנים בעזרת טכנולוגיה את הפנים או הקול של אדם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אחוז מינימלי כדי להיכנס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ידיעה כוזבת שמוצגת כאמיתית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סרטון מזויף שנוצר בעזרת 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אחד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דיפ-פייק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ההצבעה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 בדיקת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החליטו אם לשתף, להתעלם או לדווח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התמונה או הסרטון מקוריים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עצרו רגע לפני ששותפים או מגיבים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מי כתב את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מתי היא פורסמה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חפשו אישור לנושא במקורות נוספים ומהימנים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למה חשוב לבדוק ידיעה לפני שמשתפים אותה, והציגו שני שלבי בדיקה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כלל אחד לשיח מכבד בזמן ויכוח פוליטי, והסבירו 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אחוז חסימה?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דיפ-פייק?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שלב אחד שחשוב לעשות לפני שמשתפים ידיעה ברשת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שיטת הבחירות בישראל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